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98F5" w14:textId="28FCDDCA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40"/>
        </w:rPr>
        <w:t xml:space="preserve">My Health Transition Tracker </w:t>
      </w:r>
    </w:p>
    <w:p w14:paraId="1DBBE35F" w14:textId="3B464221" w:rsidR="003E2B52" w:rsidRPr="00FB6D6E" w:rsidRDefault="002D08A6">
      <w:pPr>
        <w:spacing w:after="240"/>
        <w:rPr>
          <w:rFonts w:ascii="Arial" w:hAnsi="Arial" w:cs="Arial"/>
        </w:rPr>
      </w:pPr>
      <w:r w:rsidRPr="00FB6D6E">
        <w:rPr>
          <w:rFonts w:ascii="Arial" w:hAnsi="Arial" w:cs="Arial"/>
        </w:rPr>
        <w:t xml:space="preserve">Use this form to keep track of your health information as you move from </w:t>
      </w:r>
      <w:r w:rsidR="00FB6D6E" w:rsidRPr="00FB6D6E">
        <w:rPr>
          <w:rFonts w:ascii="Arial" w:hAnsi="Arial" w:cs="Arial"/>
        </w:rPr>
        <w:t>children</w:t>
      </w:r>
      <w:r w:rsidRPr="00FB6D6E">
        <w:rPr>
          <w:rFonts w:ascii="Arial" w:hAnsi="Arial" w:cs="Arial"/>
        </w:rPr>
        <w:t xml:space="preserve"> to</w:t>
      </w:r>
      <w:r w:rsidR="00FB6D6E">
        <w:rPr>
          <w:rFonts w:ascii="Arial" w:hAnsi="Arial" w:cs="Arial"/>
        </w:rPr>
        <w:t xml:space="preserve"> </w:t>
      </w:r>
      <w:r w:rsidRPr="00FB6D6E">
        <w:rPr>
          <w:rFonts w:ascii="Arial" w:hAnsi="Arial" w:cs="Arial"/>
        </w:rPr>
        <w:t>adult services. Bring it to appointments and update it when things change.</w:t>
      </w:r>
    </w:p>
    <w:p w14:paraId="4C0E6A6F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26"/>
        </w:rPr>
        <w:t>1) About me</w:t>
      </w:r>
    </w:p>
    <w:p w14:paraId="601603A2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</w:rPr>
        <w:t xml:space="preserve">Full name: </w:t>
      </w:r>
      <w:r w:rsidRPr="00FB6D6E">
        <w:rPr>
          <w:rFonts w:ascii="Arial" w:hAnsi="Arial" w:cs="Arial"/>
          <w:i/>
        </w:rPr>
        <w:t>Enter your name</w:t>
      </w:r>
    </w:p>
    <w:p w14:paraId="4796397D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</w:rPr>
        <w:t xml:space="preserve">Date of birth: </w:t>
      </w:r>
      <w:r w:rsidRPr="00FB6D6E">
        <w:rPr>
          <w:rFonts w:ascii="Arial" w:hAnsi="Arial" w:cs="Arial"/>
          <w:i/>
        </w:rPr>
        <w:t>DD/MM/YYYY</w:t>
      </w:r>
    </w:p>
    <w:p w14:paraId="69284FDE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</w:rPr>
        <w:t xml:space="preserve">NHS number (if known): </w:t>
      </w:r>
      <w:r w:rsidRPr="00FB6D6E">
        <w:rPr>
          <w:rFonts w:ascii="Arial" w:hAnsi="Arial" w:cs="Arial"/>
          <w:i/>
        </w:rPr>
        <w:t>XXXXXXXXXX</w:t>
      </w:r>
    </w:p>
    <w:p w14:paraId="4A8CE139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</w:rPr>
        <w:t xml:space="preserve">Preferred name/pronouns: </w:t>
      </w:r>
      <w:r w:rsidRPr="00FB6D6E">
        <w:rPr>
          <w:rFonts w:ascii="Arial" w:hAnsi="Arial" w:cs="Arial"/>
          <w:i/>
        </w:rPr>
        <w:t>e.g. Sam (they/them)</w:t>
      </w:r>
    </w:p>
    <w:p w14:paraId="19A91EED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</w:rPr>
        <w:t xml:space="preserve">How I prefer to be contacted: </w:t>
      </w:r>
      <w:r w:rsidRPr="00FB6D6E">
        <w:rPr>
          <w:rFonts w:ascii="Arial" w:hAnsi="Arial" w:cs="Arial"/>
          <w:i/>
        </w:rPr>
        <w:t>Text / phone / email</w:t>
      </w:r>
    </w:p>
    <w:p w14:paraId="08142E10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26"/>
        </w:rPr>
        <w:t>2) My health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2"/>
        <w:gridCol w:w="1765"/>
        <w:gridCol w:w="2587"/>
        <w:gridCol w:w="2136"/>
      </w:tblGrid>
      <w:tr w:rsidR="003E2B52" w:rsidRPr="00FB6D6E" w14:paraId="427EC983" w14:textId="77777777">
        <w:tc>
          <w:tcPr>
            <w:tcW w:w="2880" w:type="dxa"/>
          </w:tcPr>
          <w:p w14:paraId="0937C5A0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Condition name</w:t>
            </w:r>
          </w:p>
        </w:tc>
        <w:tc>
          <w:tcPr>
            <w:tcW w:w="1872" w:type="dxa"/>
          </w:tcPr>
          <w:p w14:paraId="3BA54C3D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When diagnosed</w:t>
            </w:r>
          </w:p>
        </w:tc>
        <w:tc>
          <w:tcPr>
            <w:tcW w:w="3600" w:type="dxa"/>
          </w:tcPr>
          <w:p w14:paraId="4F6A9414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Usual symptoms / flares</w:t>
            </w:r>
          </w:p>
        </w:tc>
        <w:tc>
          <w:tcPr>
            <w:tcW w:w="3168" w:type="dxa"/>
          </w:tcPr>
          <w:p w14:paraId="46BFADE3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What helps</w:t>
            </w:r>
          </w:p>
        </w:tc>
      </w:tr>
      <w:tr w:rsidR="003E2B52" w:rsidRPr="00FB6D6E" w14:paraId="195E727C" w14:textId="77777777">
        <w:tc>
          <w:tcPr>
            <w:tcW w:w="2160" w:type="dxa"/>
          </w:tcPr>
          <w:p w14:paraId="15057D96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EAF928D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095E166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0F4C60C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693D5868" w14:textId="77777777">
        <w:tc>
          <w:tcPr>
            <w:tcW w:w="2160" w:type="dxa"/>
          </w:tcPr>
          <w:p w14:paraId="575ABFE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F80A944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5EA7B9C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F94C458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3BF2F994" w14:textId="77777777">
        <w:tc>
          <w:tcPr>
            <w:tcW w:w="2160" w:type="dxa"/>
          </w:tcPr>
          <w:p w14:paraId="717571F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1A1BE96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7519609F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99CB5AF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2F9C7EA0" w14:textId="77777777">
        <w:tc>
          <w:tcPr>
            <w:tcW w:w="2160" w:type="dxa"/>
          </w:tcPr>
          <w:p w14:paraId="735D7808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3D2BFDE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7179652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EEE862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</w:tbl>
    <w:p w14:paraId="6E8CA968" w14:textId="77777777" w:rsidR="00FB6D6E" w:rsidRDefault="00FB6D6E">
      <w:pPr>
        <w:rPr>
          <w:rFonts w:ascii="Arial" w:hAnsi="Arial" w:cs="Arial"/>
          <w:b/>
          <w:sz w:val="26"/>
        </w:rPr>
      </w:pPr>
    </w:p>
    <w:p w14:paraId="21B2836A" w14:textId="1F7F37CE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26"/>
        </w:rPr>
        <w:t>3) My medicines</w:t>
      </w:r>
    </w:p>
    <w:p w14:paraId="58683154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</w:rPr>
        <w:t>List all regular medicines and anything you take only sometimes (like inhalers or pain relief).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9"/>
        <w:gridCol w:w="1581"/>
        <w:gridCol w:w="1581"/>
        <w:gridCol w:w="1469"/>
        <w:gridCol w:w="2020"/>
      </w:tblGrid>
      <w:tr w:rsidR="003E2B52" w:rsidRPr="00FB6D6E" w14:paraId="042BB5D1" w14:textId="77777777">
        <w:tc>
          <w:tcPr>
            <w:tcW w:w="2880" w:type="dxa"/>
          </w:tcPr>
          <w:p w14:paraId="303949B8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Medicine name</w:t>
            </w:r>
          </w:p>
        </w:tc>
        <w:tc>
          <w:tcPr>
            <w:tcW w:w="2448" w:type="dxa"/>
          </w:tcPr>
          <w:p w14:paraId="20CDE865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Dose &amp; how often</w:t>
            </w:r>
          </w:p>
        </w:tc>
        <w:tc>
          <w:tcPr>
            <w:tcW w:w="2448" w:type="dxa"/>
          </w:tcPr>
          <w:p w14:paraId="16592849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What it's for</w:t>
            </w:r>
          </w:p>
        </w:tc>
        <w:tc>
          <w:tcPr>
            <w:tcW w:w="2160" w:type="dxa"/>
          </w:tcPr>
          <w:p w14:paraId="756B37D5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When to take</w:t>
            </w:r>
          </w:p>
        </w:tc>
        <w:tc>
          <w:tcPr>
            <w:tcW w:w="3024" w:type="dxa"/>
          </w:tcPr>
          <w:p w14:paraId="2D49D2E0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Known side effects / allergies</w:t>
            </w:r>
          </w:p>
        </w:tc>
      </w:tr>
      <w:tr w:rsidR="003E2B52" w:rsidRPr="00FB6D6E" w14:paraId="698D6BDA" w14:textId="77777777">
        <w:tc>
          <w:tcPr>
            <w:tcW w:w="1728" w:type="dxa"/>
          </w:tcPr>
          <w:p w14:paraId="1BEACF9F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A2BBF2F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B523F4D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D531C8D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87B342D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681BD776" w14:textId="77777777">
        <w:tc>
          <w:tcPr>
            <w:tcW w:w="1728" w:type="dxa"/>
          </w:tcPr>
          <w:p w14:paraId="716F6B4D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A74526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B89DC69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2D97B5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C5C9DBA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2AD23FE7" w14:textId="77777777">
        <w:tc>
          <w:tcPr>
            <w:tcW w:w="1728" w:type="dxa"/>
          </w:tcPr>
          <w:p w14:paraId="0F25C37B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6C8F198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5E918A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A62AC1B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6717CEB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61A94A1B" w14:textId="77777777">
        <w:tc>
          <w:tcPr>
            <w:tcW w:w="1728" w:type="dxa"/>
          </w:tcPr>
          <w:p w14:paraId="5EEA5669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F01DDA6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5A10B89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E4465A0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0FBA9AE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4E300B24" w14:textId="77777777">
        <w:tc>
          <w:tcPr>
            <w:tcW w:w="1728" w:type="dxa"/>
          </w:tcPr>
          <w:p w14:paraId="368CDC1B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4E4B9AB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5B3C85C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D1A5933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6DCC2F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05DEAF0A" w14:textId="77777777">
        <w:tc>
          <w:tcPr>
            <w:tcW w:w="1728" w:type="dxa"/>
          </w:tcPr>
          <w:p w14:paraId="242851A0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9D03008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2CF72A2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B6D6E84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035AA9A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</w:tbl>
    <w:p w14:paraId="6E58ADC2" w14:textId="77777777" w:rsidR="00FB6D6E" w:rsidRDefault="00FB6D6E">
      <w:pPr>
        <w:rPr>
          <w:rFonts w:ascii="Arial" w:hAnsi="Arial" w:cs="Arial"/>
          <w:b/>
          <w:sz w:val="26"/>
        </w:rPr>
      </w:pPr>
    </w:p>
    <w:p w14:paraId="4AEDC4FC" w14:textId="254BF73D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26"/>
        </w:rPr>
        <w:t>4) Allergies &amp; reactions</w:t>
      </w:r>
    </w:p>
    <w:p w14:paraId="1EAAD3C9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</w:rPr>
        <w:t xml:space="preserve">Drug/food/other allergy: </w:t>
      </w:r>
      <w:r w:rsidRPr="00FB6D6E">
        <w:rPr>
          <w:rFonts w:ascii="Arial" w:hAnsi="Arial" w:cs="Arial"/>
          <w:i/>
        </w:rPr>
        <w:t>e.g. Penicillin – rash</w:t>
      </w:r>
    </w:p>
    <w:p w14:paraId="1A8B9080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</w:rPr>
        <w:t xml:space="preserve">What to do if I have a reaction: </w:t>
      </w:r>
      <w:r w:rsidRPr="00FB6D6E">
        <w:rPr>
          <w:rFonts w:ascii="Arial" w:hAnsi="Arial" w:cs="Arial"/>
          <w:i/>
        </w:rPr>
        <w:t>e.g. take antihistamine, seek urgent help if breathing problems</w:t>
      </w:r>
    </w:p>
    <w:p w14:paraId="7733471A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26"/>
        </w:rPr>
        <w:lastRenderedPageBreak/>
        <w:t>5) My care team (doctor / nurse / key worker)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2"/>
        <w:gridCol w:w="2276"/>
        <w:gridCol w:w="1312"/>
        <w:gridCol w:w="1724"/>
        <w:gridCol w:w="1276"/>
      </w:tblGrid>
      <w:tr w:rsidR="003E2B52" w:rsidRPr="00FB6D6E" w14:paraId="2C2BB538" w14:textId="77777777">
        <w:tc>
          <w:tcPr>
            <w:tcW w:w="3168" w:type="dxa"/>
          </w:tcPr>
          <w:p w14:paraId="053BB107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Name &amp; role</w:t>
            </w:r>
          </w:p>
        </w:tc>
        <w:tc>
          <w:tcPr>
            <w:tcW w:w="3456" w:type="dxa"/>
          </w:tcPr>
          <w:p w14:paraId="5E030154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Service / hospital / clinic</w:t>
            </w:r>
          </w:p>
        </w:tc>
        <w:tc>
          <w:tcPr>
            <w:tcW w:w="1728" w:type="dxa"/>
          </w:tcPr>
          <w:p w14:paraId="3456DEAA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Phone</w:t>
            </w:r>
          </w:p>
        </w:tc>
        <w:tc>
          <w:tcPr>
            <w:tcW w:w="2592" w:type="dxa"/>
          </w:tcPr>
          <w:p w14:paraId="03A8EFDC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Email</w:t>
            </w:r>
          </w:p>
        </w:tc>
        <w:tc>
          <w:tcPr>
            <w:tcW w:w="1440" w:type="dxa"/>
          </w:tcPr>
          <w:p w14:paraId="03068512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Usual days</w:t>
            </w:r>
          </w:p>
        </w:tc>
      </w:tr>
      <w:tr w:rsidR="003E2B52" w:rsidRPr="00FB6D6E" w14:paraId="2ECF6A36" w14:textId="77777777">
        <w:tc>
          <w:tcPr>
            <w:tcW w:w="1728" w:type="dxa"/>
          </w:tcPr>
          <w:p w14:paraId="23D3E93C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3A75CA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699E21D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884208B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FE13C33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0AC6AD13" w14:textId="77777777">
        <w:tc>
          <w:tcPr>
            <w:tcW w:w="1728" w:type="dxa"/>
          </w:tcPr>
          <w:p w14:paraId="662A72DB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5852237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F7E459C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A416344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989E94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7FD65427" w14:textId="77777777">
        <w:tc>
          <w:tcPr>
            <w:tcW w:w="1728" w:type="dxa"/>
          </w:tcPr>
          <w:p w14:paraId="02EA5D7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40F599E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BEDEAA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14EE00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9F46514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1EE8B46A" w14:textId="77777777">
        <w:tc>
          <w:tcPr>
            <w:tcW w:w="1728" w:type="dxa"/>
          </w:tcPr>
          <w:p w14:paraId="5C675C98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45819F3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2E833E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11B05D8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4BC17C4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098DB00D" w14:textId="77777777">
        <w:tc>
          <w:tcPr>
            <w:tcW w:w="1728" w:type="dxa"/>
          </w:tcPr>
          <w:p w14:paraId="605E03CC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1C49948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E390F69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E110816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E6FFEC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</w:tbl>
    <w:p w14:paraId="63D0C246" w14:textId="77777777" w:rsidR="00FB6D6E" w:rsidRDefault="00FB6D6E">
      <w:pPr>
        <w:rPr>
          <w:rFonts w:ascii="Arial" w:hAnsi="Arial" w:cs="Arial"/>
          <w:b/>
          <w:sz w:val="26"/>
        </w:rPr>
      </w:pPr>
    </w:p>
    <w:p w14:paraId="1BA78617" w14:textId="5B0EDA12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26"/>
        </w:rPr>
        <w:t>6) Appointments (dates &amp; times)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3"/>
        <w:gridCol w:w="1274"/>
        <w:gridCol w:w="2022"/>
        <w:gridCol w:w="2037"/>
        <w:gridCol w:w="2034"/>
      </w:tblGrid>
      <w:tr w:rsidR="003E2B52" w:rsidRPr="00FB6D6E" w14:paraId="574BC204" w14:textId="77777777">
        <w:tc>
          <w:tcPr>
            <w:tcW w:w="1440" w:type="dxa"/>
          </w:tcPr>
          <w:p w14:paraId="04CFF002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Date</w:t>
            </w:r>
          </w:p>
        </w:tc>
        <w:tc>
          <w:tcPr>
            <w:tcW w:w="1296" w:type="dxa"/>
          </w:tcPr>
          <w:p w14:paraId="3837336D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Time</w:t>
            </w:r>
          </w:p>
        </w:tc>
        <w:tc>
          <w:tcPr>
            <w:tcW w:w="3024" w:type="dxa"/>
          </w:tcPr>
          <w:p w14:paraId="38BCA701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Place / video link</w:t>
            </w:r>
          </w:p>
        </w:tc>
        <w:tc>
          <w:tcPr>
            <w:tcW w:w="2592" w:type="dxa"/>
          </w:tcPr>
          <w:p w14:paraId="385F9300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With (name/role)</w:t>
            </w:r>
          </w:p>
        </w:tc>
        <w:tc>
          <w:tcPr>
            <w:tcW w:w="2880" w:type="dxa"/>
          </w:tcPr>
          <w:p w14:paraId="45974556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Reason / notes</w:t>
            </w:r>
          </w:p>
        </w:tc>
      </w:tr>
      <w:tr w:rsidR="003E2B52" w:rsidRPr="00FB6D6E" w14:paraId="2E875F81" w14:textId="77777777">
        <w:tc>
          <w:tcPr>
            <w:tcW w:w="1728" w:type="dxa"/>
          </w:tcPr>
          <w:p w14:paraId="105F0220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7E143F8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7F9395E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F1A8E6E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8D71683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2DD18E8C" w14:textId="77777777">
        <w:tc>
          <w:tcPr>
            <w:tcW w:w="1728" w:type="dxa"/>
          </w:tcPr>
          <w:p w14:paraId="1A67AF62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6BFFC13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E362497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E269DD4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A81BA37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0FE00589" w14:textId="77777777">
        <w:tc>
          <w:tcPr>
            <w:tcW w:w="1728" w:type="dxa"/>
          </w:tcPr>
          <w:p w14:paraId="5B565E09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B625C8F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78592E6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A6136D4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E81427A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46F91D41" w14:textId="77777777">
        <w:tc>
          <w:tcPr>
            <w:tcW w:w="1728" w:type="dxa"/>
          </w:tcPr>
          <w:p w14:paraId="204109A0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A1B031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952332A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181B9E2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8C4F508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5352EFDF" w14:textId="77777777">
        <w:tc>
          <w:tcPr>
            <w:tcW w:w="1728" w:type="dxa"/>
          </w:tcPr>
          <w:p w14:paraId="5DE42F49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5F6FA3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EE9924E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19E8604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9880C76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59DB44EF" w14:textId="77777777">
        <w:tc>
          <w:tcPr>
            <w:tcW w:w="1728" w:type="dxa"/>
          </w:tcPr>
          <w:p w14:paraId="2FC91228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FCA61B2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212C95A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5C33373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C998DA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336C358F" w14:textId="77777777">
        <w:tc>
          <w:tcPr>
            <w:tcW w:w="1728" w:type="dxa"/>
          </w:tcPr>
          <w:p w14:paraId="4BF070F2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229D1DF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9654FAB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EAE566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1354386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5BB70155" w14:textId="77777777">
        <w:tc>
          <w:tcPr>
            <w:tcW w:w="1728" w:type="dxa"/>
          </w:tcPr>
          <w:p w14:paraId="594F8C89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BCF3896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7BAC402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2FE61B0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3F65210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</w:tbl>
    <w:p w14:paraId="26F4265A" w14:textId="77777777" w:rsidR="00FB6D6E" w:rsidRDefault="00FB6D6E">
      <w:pPr>
        <w:rPr>
          <w:rFonts w:ascii="Arial" w:hAnsi="Arial" w:cs="Arial"/>
          <w:b/>
          <w:sz w:val="26"/>
        </w:rPr>
      </w:pPr>
    </w:p>
    <w:p w14:paraId="16BB0BB3" w14:textId="5AB9DA2F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26"/>
        </w:rPr>
        <w:t>7) Useful contacts &amp; numbers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2066"/>
        <w:gridCol w:w="1269"/>
        <w:gridCol w:w="2010"/>
        <w:gridCol w:w="1371"/>
      </w:tblGrid>
      <w:tr w:rsidR="003E2B52" w:rsidRPr="00FB6D6E" w14:paraId="62A56682" w14:textId="77777777">
        <w:tc>
          <w:tcPr>
            <w:tcW w:w="2304" w:type="dxa"/>
          </w:tcPr>
          <w:p w14:paraId="20BC8222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Service</w:t>
            </w:r>
          </w:p>
        </w:tc>
        <w:tc>
          <w:tcPr>
            <w:tcW w:w="2880" w:type="dxa"/>
          </w:tcPr>
          <w:p w14:paraId="7AD91D5A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Name / department</w:t>
            </w:r>
          </w:p>
        </w:tc>
        <w:tc>
          <w:tcPr>
            <w:tcW w:w="1728" w:type="dxa"/>
          </w:tcPr>
          <w:p w14:paraId="7647FF13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Phone</w:t>
            </w:r>
          </w:p>
        </w:tc>
        <w:tc>
          <w:tcPr>
            <w:tcW w:w="3168" w:type="dxa"/>
          </w:tcPr>
          <w:p w14:paraId="431185FF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Email / website</w:t>
            </w:r>
          </w:p>
        </w:tc>
        <w:tc>
          <w:tcPr>
            <w:tcW w:w="1728" w:type="dxa"/>
          </w:tcPr>
          <w:p w14:paraId="124E587D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Opening hours</w:t>
            </w:r>
          </w:p>
        </w:tc>
      </w:tr>
      <w:tr w:rsidR="003E2B52" w:rsidRPr="00FB6D6E" w14:paraId="10602D89" w14:textId="77777777">
        <w:tc>
          <w:tcPr>
            <w:tcW w:w="1728" w:type="dxa"/>
          </w:tcPr>
          <w:p w14:paraId="7E5A84C8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Hospital switchboard</w:t>
            </w:r>
          </w:p>
        </w:tc>
        <w:tc>
          <w:tcPr>
            <w:tcW w:w="1728" w:type="dxa"/>
          </w:tcPr>
          <w:p w14:paraId="71A4DAA6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C65050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A7E6E4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F587A7F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4F5CAE60" w14:textId="77777777">
        <w:tc>
          <w:tcPr>
            <w:tcW w:w="1728" w:type="dxa"/>
          </w:tcPr>
          <w:p w14:paraId="54BF9A9D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Clinic (outpatients)</w:t>
            </w:r>
          </w:p>
        </w:tc>
        <w:tc>
          <w:tcPr>
            <w:tcW w:w="1728" w:type="dxa"/>
          </w:tcPr>
          <w:p w14:paraId="559B5B9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4149E0C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5FFFA10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829317F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01473D6E" w14:textId="77777777">
        <w:tc>
          <w:tcPr>
            <w:tcW w:w="1728" w:type="dxa"/>
          </w:tcPr>
          <w:p w14:paraId="319A7F87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Appointments line</w:t>
            </w:r>
          </w:p>
        </w:tc>
        <w:tc>
          <w:tcPr>
            <w:tcW w:w="1728" w:type="dxa"/>
          </w:tcPr>
          <w:p w14:paraId="0F1B320A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15B74DD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C9F03D9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B637334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3282803C" w14:textId="77777777">
        <w:tc>
          <w:tcPr>
            <w:tcW w:w="1728" w:type="dxa"/>
          </w:tcPr>
          <w:p w14:paraId="250C4688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Pharmacy</w:t>
            </w:r>
          </w:p>
        </w:tc>
        <w:tc>
          <w:tcPr>
            <w:tcW w:w="1728" w:type="dxa"/>
          </w:tcPr>
          <w:p w14:paraId="62FA914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1A3DC72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64CD170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C0B8F3B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1E6EE8CA" w14:textId="77777777">
        <w:tc>
          <w:tcPr>
            <w:tcW w:w="1728" w:type="dxa"/>
          </w:tcPr>
          <w:p w14:paraId="537E414E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GP practice</w:t>
            </w:r>
          </w:p>
        </w:tc>
        <w:tc>
          <w:tcPr>
            <w:tcW w:w="1728" w:type="dxa"/>
          </w:tcPr>
          <w:p w14:paraId="2D9C406D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E606F6F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49FED5C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661BBCF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532F3E5D" w14:textId="77777777">
        <w:tc>
          <w:tcPr>
            <w:tcW w:w="1728" w:type="dxa"/>
          </w:tcPr>
          <w:p w14:paraId="1FE55923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NHS 111 (urgent advice)</w:t>
            </w:r>
          </w:p>
        </w:tc>
        <w:tc>
          <w:tcPr>
            <w:tcW w:w="1728" w:type="dxa"/>
          </w:tcPr>
          <w:p w14:paraId="3C995FB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2F8EA2E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23CE199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4A759DC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</w:tbl>
    <w:p w14:paraId="07A48215" w14:textId="77777777" w:rsidR="00FB6D6E" w:rsidRDefault="00FB6D6E">
      <w:pPr>
        <w:rPr>
          <w:rFonts w:ascii="Arial" w:hAnsi="Arial" w:cs="Arial"/>
          <w:b/>
          <w:sz w:val="26"/>
        </w:rPr>
      </w:pPr>
    </w:p>
    <w:p w14:paraId="567866DA" w14:textId="7F700609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26"/>
        </w:rPr>
        <w:t>8) My emergency or flare plan</w:t>
      </w:r>
    </w:p>
    <w:p w14:paraId="640E96B4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</w:rPr>
        <w:t>What to do if I get worse, have a flare, or feel unsafe: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3192"/>
        <w:gridCol w:w="2738"/>
      </w:tblGrid>
      <w:tr w:rsidR="003E2B52" w:rsidRPr="00FB6D6E" w14:paraId="2FCC3121" w14:textId="77777777">
        <w:tc>
          <w:tcPr>
            <w:tcW w:w="3168" w:type="dxa"/>
          </w:tcPr>
          <w:p w14:paraId="1EB86B9B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Early signs</w:t>
            </w:r>
          </w:p>
        </w:tc>
        <w:tc>
          <w:tcPr>
            <w:tcW w:w="3744" w:type="dxa"/>
          </w:tcPr>
          <w:p w14:paraId="2404E896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What I should do</w:t>
            </w:r>
          </w:p>
        </w:tc>
        <w:tc>
          <w:tcPr>
            <w:tcW w:w="3168" w:type="dxa"/>
          </w:tcPr>
          <w:p w14:paraId="6B5B7CB6" w14:textId="77777777" w:rsidR="003E2B52" w:rsidRPr="00FB6D6E" w:rsidRDefault="002D08A6">
            <w:pPr>
              <w:rPr>
                <w:rFonts w:ascii="Arial" w:hAnsi="Arial" w:cs="Arial"/>
              </w:rPr>
            </w:pPr>
            <w:r w:rsidRPr="00FB6D6E">
              <w:rPr>
                <w:rFonts w:ascii="Arial" w:hAnsi="Arial" w:cs="Arial"/>
              </w:rPr>
              <w:t>Who to contact</w:t>
            </w:r>
          </w:p>
        </w:tc>
      </w:tr>
      <w:tr w:rsidR="003E2B52" w:rsidRPr="00FB6D6E" w14:paraId="062DD12F" w14:textId="77777777">
        <w:tc>
          <w:tcPr>
            <w:tcW w:w="2880" w:type="dxa"/>
          </w:tcPr>
          <w:p w14:paraId="47857EC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675C7BB1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62021D60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46C011A2" w14:textId="77777777">
        <w:tc>
          <w:tcPr>
            <w:tcW w:w="2880" w:type="dxa"/>
          </w:tcPr>
          <w:p w14:paraId="26BE9B5E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795B2DD3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39F9FF33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6B6BB2F3" w14:textId="77777777">
        <w:tc>
          <w:tcPr>
            <w:tcW w:w="2880" w:type="dxa"/>
          </w:tcPr>
          <w:p w14:paraId="51713FFA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00B048A5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05DF87DC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  <w:tr w:rsidR="003E2B52" w:rsidRPr="00FB6D6E" w14:paraId="7D03E232" w14:textId="77777777">
        <w:tc>
          <w:tcPr>
            <w:tcW w:w="2880" w:type="dxa"/>
          </w:tcPr>
          <w:p w14:paraId="1DBD0A2D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783C182B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34780FD3" w14:textId="77777777" w:rsidR="003E2B52" w:rsidRPr="00FB6D6E" w:rsidRDefault="003E2B52">
            <w:pPr>
              <w:rPr>
                <w:rFonts w:ascii="Arial" w:hAnsi="Arial" w:cs="Arial"/>
              </w:rPr>
            </w:pPr>
          </w:p>
        </w:tc>
      </w:tr>
    </w:tbl>
    <w:p w14:paraId="1909A27C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26"/>
        </w:rPr>
        <w:lastRenderedPageBreak/>
        <w:t>9) Transition steps</w:t>
      </w:r>
    </w:p>
    <w:p w14:paraId="21AB2E83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Segoe UI Symbol" w:hAnsi="Segoe UI Symbol" w:cs="Segoe UI Symbol"/>
        </w:rPr>
        <w:t>☐</w:t>
      </w:r>
      <w:r w:rsidRPr="00FB6D6E">
        <w:rPr>
          <w:rFonts w:ascii="Arial" w:hAnsi="Arial" w:cs="Arial"/>
        </w:rPr>
        <w:t xml:space="preserve"> I know my condition(s) and medicines</w:t>
      </w:r>
      <w:r w:rsidRPr="00FB6D6E">
        <w:rPr>
          <w:rFonts w:ascii="Arial" w:hAnsi="Arial" w:cs="Arial"/>
        </w:rPr>
        <w:br/>
      </w:r>
      <w:r w:rsidRPr="00FB6D6E">
        <w:rPr>
          <w:rFonts w:ascii="Segoe UI Symbol" w:hAnsi="Segoe UI Symbol" w:cs="Segoe UI Symbol"/>
        </w:rPr>
        <w:t>☐</w:t>
      </w:r>
      <w:r w:rsidRPr="00FB6D6E">
        <w:rPr>
          <w:rFonts w:ascii="Arial" w:hAnsi="Arial" w:cs="Arial"/>
        </w:rPr>
        <w:t xml:space="preserve"> I know how to order repeats and manage supplies</w:t>
      </w:r>
      <w:r w:rsidRPr="00FB6D6E">
        <w:rPr>
          <w:rFonts w:ascii="Arial" w:hAnsi="Arial" w:cs="Arial"/>
        </w:rPr>
        <w:br/>
      </w:r>
      <w:r w:rsidRPr="00FB6D6E">
        <w:rPr>
          <w:rFonts w:ascii="Segoe UI Symbol" w:hAnsi="Segoe UI Symbol" w:cs="Segoe UI Symbol"/>
        </w:rPr>
        <w:t>☐</w:t>
      </w:r>
      <w:r w:rsidRPr="00FB6D6E">
        <w:rPr>
          <w:rFonts w:ascii="Arial" w:hAnsi="Arial" w:cs="Arial"/>
        </w:rPr>
        <w:t xml:space="preserve"> I can book/cancel appointments</w:t>
      </w:r>
      <w:r w:rsidRPr="00FB6D6E">
        <w:rPr>
          <w:rFonts w:ascii="Arial" w:hAnsi="Arial" w:cs="Arial"/>
        </w:rPr>
        <w:br/>
      </w:r>
      <w:r w:rsidRPr="00FB6D6E">
        <w:rPr>
          <w:rFonts w:ascii="Segoe UI Symbol" w:hAnsi="Segoe UI Symbol" w:cs="Segoe UI Symbol"/>
        </w:rPr>
        <w:t>☐</w:t>
      </w:r>
      <w:r w:rsidRPr="00FB6D6E">
        <w:rPr>
          <w:rFonts w:ascii="Arial" w:hAnsi="Arial" w:cs="Arial"/>
        </w:rPr>
        <w:t xml:space="preserve"> I understand my clinic letters</w:t>
      </w:r>
      <w:r w:rsidRPr="00FB6D6E">
        <w:rPr>
          <w:rFonts w:ascii="Arial" w:hAnsi="Arial" w:cs="Arial"/>
        </w:rPr>
        <w:br/>
      </w:r>
      <w:r w:rsidRPr="00FB6D6E">
        <w:rPr>
          <w:rFonts w:ascii="Segoe UI Symbol" w:hAnsi="Segoe UI Symbol" w:cs="Segoe UI Symbol"/>
        </w:rPr>
        <w:t>☐</w:t>
      </w:r>
      <w:r w:rsidRPr="00FB6D6E">
        <w:rPr>
          <w:rFonts w:ascii="Arial" w:hAnsi="Arial" w:cs="Arial"/>
        </w:rPr>
        <w:t xml:space="preserve"> I know who to call for help and in an emergency</w:t>
      </w:r>
      <w:r w:rsidRPr="00FB6D6E">
        <w:rPr>
          <w:rFonts w:ascii="Arial" w:hAnsi="Arial" w:cs="Arial"/>
        </w:rPr>
        <w:br/>
      </w:r>
      <w:r w:rsidRPr="00FB6D6E">
        <w:rPr>
          <w:rFonts w:ascii="Segoe UI Symbol" w:hAnsi="Segoe UI Symbol" w:cs="Segoe UI Symbol"/>
        </w:rPr>
        <w:t>☐</w:t>
      </w:r>
      <w:r w:rsidRPr="00FB6D6E">
        <w:rPr>
          <w:rFonts w:ascii="Arial" w:hAnsi="Arial" w:cs="Arial"/>
        </w:rPr>
        <w:t xml:space="preserve"> I understand consent, sharing information, and my rights at 16/18</w:t>
      </w:r>
      <w:r w:rsidRPr="00FB6D6E">
        <w:rPr>
          <w:rFonts w:ascii="Arial" w:hAnsi="Arial" w:cs="Arial"/>
        </w:rPr>
        <w:br/>
      </w:r>
    </w:p>
    <w:p w14:paraId="3F242BA9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b/>
          <w:sz w:val="26"/>
        </w:rPr>
        <w:t>10) Notes &amp; questions for my next appointment</w:t>
      </w:r>
    </w:p>
    <w:p w14:paraId="69ABC497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</w:p>
    <w:p w14:paraId="7DA1B8A8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</w:p>
    <w:p w14:paraId="40360323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</w:p>
    <w:p w14:paraId="73232429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</w:p>
    <w:p w14:paraId="262F3FEB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</w:p>
    <w:p w14:paraId="7DB3DA22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</w:p>
    <w:p w14:paraId="77C43A4B" w14:textId="77777777" w:rsidR="003E2B52" w:rsidRPr="00FB6D6E" w:rsidRDefault="002D08A6">
      <w:pPr>
        <w:rPr>
          <w:rFonts w:ascii="Arial" w:hAnsi="Arial" w:cs="Arial"/>
        </w:rPr>
      </w:pPr>
      <w:r w:rsidRPr="00FB6D6E">
        <w:rPr>
          <w:rFonts w:ascii="Arial" w:hAnsi="Arial" w:cs="Arial"/>
          <w:i/>
        </w:rPr>
        <w:t>Prepared on 26 Jan 2026 | Keep a copy on your phone and a printed copy if helpful.</w:t>
      </w:r>
    </w:p>
    <w:sectPr w:rsidR="003E2B52" w:rsidRPr="00FB6D6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8150423">
    <w:abstractNumId w:val="8"/>
  </w:num>
  <w:num w:numId="2" w16cid:durableId="75831438">
    <w:abstractNumId w:val="6"/>
  </w:num>
  <w:num w:numId="3" w16cid:durableId="382337591">
    <w:abstractNumId w:val="5"/>
  </w:num>
  <w:num w:numId="4" w16cid:durableId="637421724">
    <w:abstractNumId w:val="4"/>
  </w:num>
  <w:num w:numId="5" w16cid:durableId="2059937903">
    <w:abstractNumId w:val="7"/>
  </w:num>
  <w:num w:numId="6" w16cid:durableId="996803335">
    <w:abstractNumId w:val="3"/>
  </w:num>
  <w:num w:numId="7" w16cid:durableId="356198986">
    <w:abstractNumId w:val="2"/>
  </w:num>
  <w:num w:numId="8" w16cid:durableId="1412893639">
    <w:abstractNumId w:val="1"/>
  </w:num>
  <w:num w:numId="9" w16cid:durableId="198496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08A6"/>
    <w:rsid w:val="00326F90"/>
    <w:rsid w:val="003E2B52"/>
    <w:rsid w:val="00415FE7"/>
    <w:rsid w:val="00AA1D8D"/>
    <w:rsid w:val="00B47730"/>
    <w:rsid w:val="00CB0664"/>
    <w:rsid w:val="00F421CA"/>
    <w:rsid w:val="00FB6D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DCC9DB"/>
  <w14:defaultImageDpi w14:val="300"/>
  <w15:docId w15:val="{DED04193-AAB5-4661-8229-1C1F0086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FOSTER, Stephanie (NHS LINCOLNSHIRE ICB - 71E)</cp:lastModifiedBy>
  <cp:revision>2</cp:revision>
  <dcterms:created xsi:type="dcterms:W3CDTF">2026-01-27T14:06:00Z</dcterms:created>
  <dcterms:modified xsi:type="dcterms:W3CDTF">2026-01-27T14:06:00Z</dcterms:modified>
  <cp:category/>
</cp:coreProperties>
</file>